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drawing>
          <wp:inline xmlns:a="http://schemas.openxmlformats.org/drawingml/2006/main" xmlns:pic="http://schemas.openxmlformats.org/drawingml/2006/picture">
            <wp:extent cx="1800000" cy="34838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483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 w:after="240"/>
        <w:jc w:val="center"/>
      </w:pPr>
      <w:r>
        <w:rPr>
          <w:b/>
          <w:i w:val="0"/>
        </w:rPr>
        <w:t>РОЗПИСКА</w:t>
      </w:r>
    </w:p>
    <w:p>
      <w:pPr>
        <w:spacing w:after="200"/>
        <w:jc w:val="center"/>
      </w:pPr>
      <w:r>
        <w:rPr>
          <w:rFonts w:ascii="Times New Roman" w:hAnsi="Times New Roman"/>
        </w:rPr>
        <w:t>м. [Місто]                                        «[__]» [місяць] [рік] року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Я, [Прізвище, ім’я, по батькові], [дата народження], паспорт серія [__] № [______], виданий [ким, коли], РНОКПП [__________], зареєстрований за адресою: [_______], отримав(ла) від [Прізвище, ім’я, по батькові позикодавця], РНОКПП [__________], зареєстрованого за адресою: [_______], грошові кошти у сумі [сума цифрами] ([сума словами]) гривень як позику.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Зобов’язуюсь повернути зазначену суму грошових коштів у повному обсязі у строк до «[__]» [місяць] [рік] року.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(обрати потрібне) Позика є безпроцентною. / За користування коштами сплачую [__]% річних.</w:t>
      </w:r>
    </w:p>
    <w:p>
      <w:pPr>
        <w:spacing w:line="240" w:lineRule="auto" w:after="80"/>
        <w:ind w:firstLine="567"/>
        <w:jc w:val="both"/>
      </w:pPr>
      <w:r>
        <w:rPr>
          <w:b w:val="0"/>
          <w:i w:val="0"/>
        </w:rPr>
        <w:t>Грошові кошти отримав повністю, претензій щодо суми не маю.</w:t>
      </w:r>
    </w:p>
    <w:p>
      <w:pPr>
        <w:spacing w:line="240" w:lineRule="auto" w:after="160"/>
      </w:pPr>
      <w:r>
        <w:rPr>
          <w:b w:val="0"/>
          <w:i w:val="0"/>
        </w:rPr>
      </w:r>
    </w:p>
    <w:p>
      <w:pPr>
        <w:spacing w:line="240" w:lineRule="auto" w:after="80"/>
      </w:pPr>
      <w:r>
        <w:rPr>
          <w:b w:val="0"/>
          <w:i w:val="0"/>
        </w:rPr>
        <w:t>«[__]» [місяць] [рік] року</w:t>
      </w:r>
    </w:p>
    <w:p>
      <w:pPr>
        <w:spacing w:line="240" w:lineRule="auto" w:after="80"/>
      </w:pPr>
      <w:r>
        <w:rPr>
          <w:b w:val="0"/>
          <w:i w:val="0"/>
        </w:rPr>
        <w:t>[Власноручно: Прізвище, ім’я, по батькові] _________________ (підпис)</w:t>
      </w:r>
    </w:p>
    <w:p>
      <w:pPr>
        <w:spacing w:line="240" w:lineRule="auto" w:after="160"/>
      </w:pPr>
      <w:r>
        <w:rPr>
          <w:b w:val="0"/>
          <w:i w:val="0"/>
        </w:rPr>
      </w:r>
    </w:p>
    <w:p>
      <w:pPr>
        <w:spacing w:before="120" w:after="40"/>
      </w:pPr>
      <w:r>
        <w:rPr>
          <w:rFonts w:ascii="Times New Roman" w:hAnsi="Times New Roman"/>
          <w:b/>
          <w:color w:val="272E87"/>
          <w:sz w:val="20"/>
        </w:rPr>
        <w:t>ЗАСТЕРЕЖЕННЯ ЩОДО ВИКОРИСТАННЯ</w:t>
      </w:r>
    </w:p>
    <w:p>
      <w:pPr>
        <w:spacing w:after="120"/>
        <w:jc w:val="both"/>
      </w:pPr>
      <w:r>
        <w:rPr>
          <w:rFonts w:ascii="Times New Roman" w:hAnsi="Times New Roman"/>
          <w:i/>
          <w:sz w:val="18"/>
        </w:rPr>
        <w:t>Цей документ є типовим зразком і надається виключно для загального ознайомлення. Він не є юридичною консультацією та не враховує обставин конкретної ситуації. Перед використанням адаптуйте зразок під свої умови та, за потреби, проконсультуйтеся з адвокатом. Адвокатське бюро «Гончарук та партнери» не відповідає за наслідки самостійного використання цього зразка.</w:t>
      </w:r>
    </w:p>
    <w:p>
      <w:pPr>
        <w:jc w:val="center"/>
      </w:pPr>
      <w:r>
        <w:rPr>
          <w:rFonts w:ascii="Times New Roman" w:hAnsi="Times New Roman"/>
          <w:color w:val="272E87"/>
          <w:sz w:val="18"/>
        </w:rPr>
        <w:t>Підготовлено АБ «Гончарук та партнери»</w:t>
        <w:br/>
        <w:t>honcharukpartners.com  ·  office@honcharukpartners.com  ·  +380 95 560 39 77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8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Honcharuk &amp; Partners</dc:creator>
  <cp:keywords/>
  <dc:description>generated by python-docx</dc:description>
  <cp:lastModifiedBy>Honcharuk &amp; Partners</cp:lastModifiedBy>
  <cp:revision>1</cp:revision>
  <dcterms:created xsi:type="dcterms:W3CDTF">2013-12-23T23:15:00Z</dcterms:created>
  <dcterms:modified xsi:type="dcterms:W3CDTF">2013-12-23T23:15:00Z</dcterms:modified>
  <cp:category/>
</cp:coreProperties>
</file>